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D1B33"/>
          <w:sz w:val="48"/>
        </w:rPr>
        <w:t>eSERP – KOMPLETNO KORISNIČKO UPUTSTVO</w:t>
      </w:r>
    </w:p>
    <w:p>
      <w:pPr>
        <w:jc w:val="center"/>
      </w:pPr>
      <w:r>
        <w:rPr>
          <w:i/>
          <w:color w:val="4B5F7D"/>
          <w:sz w:val="24"/>
        </w:rPr>
        <w:t>Opće eSERP uputstvo • Glavna knjiga • Robno / trgovina</w:t>
      </w:r>
    </w:p>
    <w:p/>
    <w:p>
      <w:pPr>
        <w:pStyle w:val="Heading1"/>
      </w:pPr>
      <w:r>
        <w:t>Sadržaj</w:t>
      </w:r>
    </w:p>
    <w:p>
      <w:pPr>
        <w:pStyle w:val="ListBullet"/>
      </w:pPr>
      <w:r>
        <w:t>DIO I — eSERP općenito</w:t>
      </w:r>
    </w:p>
    <w:p>
      <w:pPr>
        <w:pStyle w:val="ListBullet"/>
      </w:pPr>
      <w:r>
        <w:t>DIO II — Glavna knjiga</w:t>
      </w:r>
    </w:p>
    <w:p>
      <w:pPr>
        <w:pStyle w:val="ListBullet"/>
      </w:pPr>
      <w:r>
        <w:t>DIO III — Robno / trgovina</w:t>
      </w:r>
    </w:p>
    <w:p>
      <w:r>
        <w:t>Ovaj dokument objedinjuje tri prethodno pripremljena korisnička uputstva u jednu cjelinu. Svaki dio zadržava raspored, slike i detalje izvornog uputstva.</w:t>
      </w:r>
    </w:p>
    <w:p>
      <w:r>
        <w:br w:type="page"/>
      </w:r>
    </w:p>
    <w:p>
      <w:pPr>
        <w:jc w:val="center"/>
      </w:pPr>
      <w:r>
        <w:rPr>
          <w:b/>
          <w:color w:val="0D1B33"/>
          <w:sz w:val="42"/>
        </w:rPr>
        <w:t>DIO I — eSERP OPĆENITO</w:t>
      </w:r>
    </w:p>
    <w:p/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6629400" cy="857922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85792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6629400" cy="857922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85792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6629400" cy="8579224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3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85792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6629400" cy="8579224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4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85792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6629400" cy="8579224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5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85792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6629400" cy="8579224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6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85792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6629400" cy="8579224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7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85792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6629400" cy="8579224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8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85792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6629400" cy="8579224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9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85792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6629400" cy="8579224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10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85792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6629400" cy="8579224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11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85792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6629400" cy="8579224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12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85792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6629400" cy="8579224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13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85792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6629400" cy="8579224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14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85792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6629400" cy="8579224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15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85792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6629400" cy="8579224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16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85792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6629400" cy="8579224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17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85792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6629400" cy="8579224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18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85792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6629400" cy="8579224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19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85792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6629400" cy="8579224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20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85792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6629400" cy="8579224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21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85792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6629400" cy="8579224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22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85792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6629400" cy="8579224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23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85792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6629400" cy="8579224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24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85792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6629400" cy="8579224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25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85792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6629400" cy="8579224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26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85792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6629400" cy="8579224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27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85792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6629400" cy="8579224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28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85792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6629400" cy="8579224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29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85792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6629400" cy="8579224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30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85792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6629400" cy="8579224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31.pn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85792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6629400" cy="8579224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32.pn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85792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6629400" cy="8579224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33.pn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85792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jc w:val="center"/>
      </w:pPr>
      <w:r>
        <w:rPr>
          <w:b/>
          <w:color w:val="0D1B33"/>
          <w:sz w:val="42"/>
        </w:rPr>
        <w:t>DIO II — GLAVNA KNJIGA</w:t>
      </w:r>
    </w:p>
    <w:p/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6629400" cy="8579224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1.pn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85792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6629400" cy="8579224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2.pn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85792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6629400" cy="8579224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3.pn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85792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6629400" cy="8579224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4.png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85792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6629400" cy="8579224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5.png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85792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6629400" cy="8579224"/>
            <wp:docPr id="39" name="Picture 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6.png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85792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6629400" cy="8579224"/>
            <wp:docPr id="40" name="Picture 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7.png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85792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6629400" cy="8579224"/>
            <wp:docPr id="41" name="Picture 4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8.png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85792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6629400" cy="8579224"/>
            <wp:docPr id="42" name="Picture 4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9.png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85792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6629400" cy="8579224"/>
            <wp:docPr id="43" name="Picture 4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10.png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85792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jc w:val="center"/>
      </w:pPr>
      <w:r>
        <w:rPr>
          <w:b/>
          <w:color w:val="0D1B33"/>
          <w:sz w:val="42"/>
        </w:rPr>
        <w:t>DIO III — ROBNO / TRGOVINA</w:t>
      </w:r>
    </w:p>
    <w:p/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6629400" cy="8579224"/>
            <wp:docPr id="44" name="Picture 4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1.png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85792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6629400" cy="8579224"/>
            <wp:docPr id="45" name="Picture 4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2.png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85792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6629400" cy="8579224"/>
            <wp:docPr id="46" name="Picture 4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3.png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85792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6629400" cy="8579224"/>
            <wp:docPr id="47" name="Picture 4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4.png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85792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6629400" cy="8579224"/>
            <wp:docPr id="48" name="Picture 4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5.png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85792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6629400" cy="8579224"/>
            <wp:docPr id="49" name="Picture 4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6.png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85792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6629400" cy="8579224"/>
            <wp:docPr id="50" name="Picture 5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7.png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85792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6629400" cy="8579224"/>
            <wp:docPr id="51" name="Picture 5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8.png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85792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6629400" cy="8579224"/>
            <wp:docPr id="52" name="Picture 5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9.png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85792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6629400" cy="8579224"/>
            <wp:docPr id="53" name="Picture 5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10.png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85792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6629400" cy="8579224"/>
            <wp:docPr id="54" name="Picture 5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11.png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85792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6629400" cy="8579224"/>
            <wp:docPr id="55" name="Picture 5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12.png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85792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6629400" cy="8579224"/>
            <wp:docPr id="56" name="Picture 5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13.png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85792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6629400" cy="8579224"/>
            <wp:docPr id="57" name="Picture 5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14.png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85792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6629400" cy="8579224"/>
            <wp:docPr id="58" name="Picture 5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15.png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85792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6629400" cy="8579224"/>
            <wp:docPr id="59" name="Picture 5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16.png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85792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6629400" cy="8579224"/>
            <wp:docPr id="60" name="Picture 6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17.png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85792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6629400" cy="8579224"/>
            <wp:docPr id="61" name="Picture 6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18.png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85792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6629400" cy="8579224"/>
            <wp:docPr id="62" name="Picture 6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19.png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85792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6629400" cy="8579224"/>
            <wp:docPr id="63" name="Picture 6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20.png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85792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6629400" cy="8579224"/>
            <wp:docPr id="64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21.png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85792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6629400" cy="8579224"/>
            <wp:docPr id="65" name="Picture 6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22.png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85792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6629400" cy="8579224"/>
            <wp:docPr id="66" name="Picture 6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23.png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85792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6629400" cy="8579224"/>
            <wp:docPr id="67" name="Picture 6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24.png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85792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6629400" cy="8579224"/>
            <wp:docPr id="68" name="Picture 6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25.png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85792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6629400" cy="8579224"/>
            <wp:docPr id="69" name="Picture 6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26.png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85792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6629400" cy="8579224"/>
            <wp:docPr id="70" name="Picture 7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27.png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85792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6629400" cy="8579224"/>
            <wp:docPr id="71" name="Picture 7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28.png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85792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6629400" cy="8579224"/>
            <wp:docPr id="72" name="Picture 7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29.png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85792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6629400" cy="8579224"/>
            <wp:docPr id="73" name="Picture 7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30.png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85792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6629400" cy="8579224"/>
            <wp:docPr id="74" name="Picture 7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31.png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85792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6629400" cy="8579224"/>
            <wp:docPr id="75" name="Picture 7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32.png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85792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6629400" cy="8579224"/>
            <wp:docPr id="76" name="Picture 7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33.png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85792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6629400" cy="8579224"/>
            <wp:docPr id="77" name="Picture 7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34.png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85792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6629400" cy="8579224"/>
            <wp:docPr id="78" name="Picture 7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35.png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85792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6629400" cy="8579224"/>
            <wp:docPr id="79" name="Picture 7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36.png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85792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6629400" cy="8579224"/>
            <wp:docPr id="80" name="Picture 8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37.png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85792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6629400" cy="8579224"/>
            <wp:docPr id="81" name="Picture 8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38.png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85792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6629400" cy="8579224"/>
            <wp:docPr id="82" name="Picture 8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39.png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85792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6629400" cy="8579224"/>
            <wp:docPr id="83" name="Picture 8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40.png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85792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6629400" cy="8579224"/>
            <wp:docPr id="84" name="Picture 8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41.png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85792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6629400" cy="8579224"/>
            <wp:docPr id="85" name="Picture 8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42.png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8579224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4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E6E6E"/>
        <w:sz w:val="16"/>
      </w:rPr>
      <w:t>eSERP • Kompletno korisničko uputstvo • ELSOFT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Relationship Id="rId28" Type="http://schemas.openxmlformats.org/officeDocument/2006/relationships/image" Target="media/image20.png"/><Relationship Id="rId29" Type="http://schemas.openxmlformats.org/officeDocument/2006/relationships/image" Target="media/image21.png"/><Relationship Id="rId30" Type="http://schemas.openxmlformats.org/officeDocument/2006/relationships/image" Target="media/image22.png"/><Relationship Id="rId31" Type="http://schemas.openxmlformats.org/officeDocument/2006/relationships/image" Target="media/image23.png"/><Relationship Id="rId32" Type="http://schemas.openxmlformats.org/officeDocument/2006/relationships/image" Target="media/image24.png"/><Relationship Id="rId33" Type="http://schemas.openxmlformats.org/officeDocument/2006/relationships/image" Target="media/image25.png"/><Relationship Id="rId34" Type="http://schemas.openxmlformats.org/officeDocument/2006/relationships/image" Target="media/image26.png"/><Relationship Id="rId35" Type="http://schemas.openxmlformats.org/officeDocument/2006/relationships/image" Target="media/image27.png"/><Relationship Id="rId36" Type="http://schemas.openxmlformats.org/officeDocument/2006/relationships/image" Target="media/image28.png"/><Relationship Id="rId37" Type="http://schemas.openxmlformats.org/officeDocument/2006/relationships/image" Target="media/image29.png"/><Relationship Id="rId38" Type="http://schemas.openxmlformats.org/officeDocument/2006/relationships/image" Target="media/image30.png"/><Relationship Id="rId39" Type="http://schemas.openxmlformats.org/officeDocument/2006/relationships/image" Target="media/image31.png"/><Relationship Id="rId40" Type="http://schemas.openxmlformats.org/officeDocument/2006/relationships/image" Target="media/image32.png"/><Relationship Id="rId41" Type="http://schemas.openxmlformats.org/officeDocument/2006/relationships/image" Target="media/image33.png"/><Relationship Id="rId42" Type="http://schemas.openxmlformats.org/officeDocument/2006/relationships/image" Target="media/image34.png"/><Relationship Id="rId43" Type="http://schemas.openxmlformats.org/officeDocument/2006/relationships/image" Target="media/image35.png"/><Relationship Id="rId44" Type="http://schemas.openxmlformats.org/officeDocument/2006/relationships/image" Target="media/image36.png"/><Relationship Id="rId45" Type="http://schemas.openxmlformats.org/officeDocument/2006/relationships/image" Target="media/image37.png"/><Relationship Id="rId46" Type="http://schemas.openxmlformats.org/officeDocument/2006/relationships/image" Target="media/image38.png"/><Relationship Id="rId47" Type="http://schemas.openxmlformats.org/officeDocument/2006/relationships/image" Target="media/image39.png"/><Relationship Id="rId48" Type="http://schemas.openxmlformats.org/officeDocument/2006/relationships/image" Target="media/image40.png"/><Relationship Id="rId49" Type="http://schemas.openxmlformats.org/officeDocument/2006/relationships/image" Target="media/image41.png"/><Relationship Id="rId50" Type="http://schemas.openxmlformats.org/officeDocument/2006/relationships/image" Target="media/image42.png"/><Relationship Id="rId51" Type="http://schemas.openxmlformats.org/officeDocument/2006/relationships/image" Target="media/image43.png"/><Relationship Id="rId52" Type="http://schemas.openxmlformats.org/officeDocument/2006/relationships/image" Target="media/image44.png"/><Relationship Id="rId53" Type="http://schemas.openxmlformats.org/officeDocument/2006/relationships/image" Target="media/image45.png"/><Relationship Id="rId54" Type="http://schemas.openxmlformats.org/officeDocument/2006/relationships/image" Target="media/image46.png"/><Relationship Id="rId55" Type="http://schemas.openxmlformats.org/officeDocument/2006/relationships/image" Target="media/image47.png"/><Relationship Id="rId56" Type="http://schemas.openxmlformats.org/officeDocument/2006/relationships/image" Target="media/image48.png"/><Relationship Id="rId57" Type="http://schemas.openxmlformats.org/officeDocument/2006/relationships/image" Target="media/image49.png"/><Relationship Id="rId58" Type="http://schemas.openxmlformats.org/officeDocument/2006/relationships/image" Target="media/image50.png"/><Relationship Id="rId59" Type="http://schemas.openxmlformats.org/officeDocument/2006/relationships/image" Target="media/image51.png"/><Relationship Id="rId60" Type="http://schemas.openxmlformats.org/officeDocument/2006/relationships/image" Target="media/image52.png"/><Relationship Id="rId61" Type="http://schemas.openxmlformats.org/officeDocument/2006/relationships/image" Target="media/image53.png"/><Relationship Id="rId62" Type="http://schemas.openxmlformats.org/officeDocument/2006/relationships/image" Target="media/image54.png"/><Relationship Id="rId63" Type="http://schemas.openxmlformats.org/officeDocument/2006/relationships/image" Target="media/image55.png"/><Relationship Id="rId64" Type="http://schemas.openxmlformats.org/officeDocument/2006/relationships/image" Target="media/image56.png"/><Relationship Id="rId65" Type="http://schemas.openxmlformats.org/officeDocument/2006/relationships/image" Target="media/image57.png"/><Relationship Id="rId66" Type="http://schemas.openxmlformats.org/officeDocument/2006/relationships/image" Target="media/image58.png"/><Relationship Id="rId67" Type="http://schemas.openxmlformats.org/officeDocument/2006/relationships/image" Target="media/image59.png"/><Relationship Id="rId68" Type="http://schemas.openxmlformats.org/officeDocument/2006/relationships/image" Target="media/image60.png"/><Relationship Id="rId69" Type="http://schemas.openxmlformats.org/officeDocument/2006/relationships/image" Target="media/image61.png"/><Relationship Id="rId70" Type="http://schemas.openxmlformats.org/officeDocument/2006/relationships/image" Target="media/image62.png"/><Relationship Id="rId71" Type="http://schemas.openxmlformats.org/officeDocument/2006/relationships/image" Target="media/image63.png"/><Relationship Id="rId72" Type="http://schemas.openxmlformats.org/officeDocument/2006/relationships/image" Target="media/image64.png"/><Relationship Id="rId73" Type="http://schemas.openxmlformats.org/officeDocument/2006/relationships/image" Target="media/image65.png"/><Relationship Id="rId74" Type="http://schemas.openxmlformats.org/officeDocument/2006/relationships/image" Target="media/image66.png"/><Relationship Id="rId75" Type="http://schemas.openxmlformats.org/officeDocument/2006/relationships/image" Target="media/image67.png"/><Relationship Id="rId76" Type="http://schemas.openxmlformats.org/officeDocument/2006/relationships/image" Target="media/image68.png"/><Relationship Id="rId77" Type="http://schemas.openxmlformats.org/officeDocument/2006/relationships/image" Target="media/image69.png"/><Relationship Id="rId78" Type="http://schemas.openxmlformats.org/officeDocument/2006/relationships/image" Target="media/image70.png"/><Relationship Id="rId79" Type="http://schemas.openxmlformats.org/officeDocument/2006/relationships/image" Target="media/image71.png"/><Relationship Id="rId80" Type="http://schemas.openxmlformats.org/officeDocument/2006/relationships/image" Target="media/image72.png"/><Relationship Id="rId81" Type="http://schemas.openxmlformats.org/officeDocument/2006/relationships/image" Target="media/image73.png"/><Relationship Id="rId82" Type="http://schemas.openxmlformats.org/officeDocument/2006/relationships/image" Target="media/image74.png"/><Relationship Id="rId83" Type="http://schemas.openxmlformats.org/officeDocument/2006/relationships/image" Target="media/image75.png"/><Relationship Id="rId84" Type="http://schemas.openxmlformats.org/officeDocument/2006/relationships/image" Target="media/image76.png"/><Relationship Id="rId85" Type="http://schemas.openxmlformats.org/officeDocument/2006/relationships/image" Target="media/image77.png"/><Relationship Id="rId86" Type="http://schemas.openxmlformats.org/officeDocument/2006/relationships/image" Target="media/image78.png"/><Relationship Id="rId87" Type="http://schemas.openxmlformats.org/officeDocument/2006/relationships/image" Target="media/image79.png"/><Relationship Id="rId88" Type="http://schemas.openxmlformats.org/officeDocument/2006/relationships/image" Target="media/image80.png"/><Relationship Id="rId89" Type="http://schemas.openxmlformats.org/officeDocument/2006/relationships/image" Target="media/image81.png"/><Relationship Id="rId90" Type="http://schemas.openxmlformats.org/officeDocument/2006/relationships/image" Target="media/image82.png"/><Relationship Id="rId91" Type="http://schemas.openxmlformats.org/officeDocument/2006/relationships/image" Target="media/image83.png"/><Relationship Id="rId92" Type="http://schemas.openxmlformats.org/officeDocument/2006/relationships/image" Target="media/image84.png"/><Relationship Id="rId93" Type="http://schemas.openxmlformats.org/officeDocument/2006/relationships/image" Target="media/image85.png"/><Relationship Id="rId9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